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黑体" w:hAnsi="黑体"/>
          <w:b/>
          <w:sz w:val="32"/>
        </w:rPr>
        <w:t>河南省建设行业劳动管理协会</w:t>
      </w:r>
    </w:p>
    <w:p>
      <w:pPr>
        <w:jc w:val="center"/>
      </w:pPr>
      <w:r>
        <w:rPr>
          <w:rFonts w:ascii="黑体" w:hAnsi="黑体"/>
          <w:b/>
          <w:sz w:val="44"/>
        </w:rPr>
        <w:t>会员入会申请书</w:t>
      </w:r>
    </w:p>
    <w:p/>
    <w:p>
      <w:pPr>
        <w:spacing w:line="360" w:lineRule="auto"/>
        <w:ind w:firstLine="420"/>
      </w:pPr>
      <w:r>
        <w:rPr>
          <w:rFonts w:ascii="仿宋" w:hAnsi="仿宋"/>
          <w:sz w:val="32"/>
        </w:rPr>
        <w:t>河南省建设行业劳动管理协会：</w:t>
        <w:br/>
        <w:br/>
        <w:t xml:space="preserve">　　我单位自愿申请加入河南省建设行业劳动管理协会，成为协会团体会员。</w:t>
        <w:br/>
        <w:br/>
        <w:t xml:space="preserve">　　我单位承诺：拥护协会章程，遵守协会各项规定，执行协会决议，按规定缴纳会费，积极参加协会活动，完成协会委托的工作任务，维护协会合法权益和声誉。</w:t>
        <w:br/>
        <w:br/>
        <w:t xml:space="preserve">　　请予批准。</w:t>
        <w:br/>
        <w:br/>
      </w:r>
    </w:p>
    <w:p>
      <w:pPr>
        <w:spacing w:line="360" w:lineRule="auto"/>
      </w:pPr>
      <w:r>
        <w:rPr>
          <w:rFonts w:ascii="仿宋" w:hAnsi="仿宋"/>
          <w:sz w:val="32"/>
        </w:rPr>
        <w:t>申请单位（盖章）：</w:t>
      </w:r>
    </w:p>
    <w:p>
      <w:pPr>
        <w:spacing w:line="360" w:lineRule="auto"/>
      </w:pPr>
      <w:r>
        <w:rPr>
          <w:rFonts w:ascii="仿宋" w:hAnsi="仿宋"/>
          <w:sz w:val="32"/>
        </w:rPr>
        <w:t>法定代表人（签字）：</w:t>
      </w:r>
    </w:p>
    <w:p>
      <w:pPr>
        <w:spacing w:line="360" w:lineRule="auto"/>
      </w:pPr>
      <w:r>
        <w:rPr>
          <w:rFonts w:ascii="仿宋" w:hAnsi="仿宋"/>
          <w:sz w:val="32"/>
        </w:rPr>
        <w:t>联系人：</w:t>
      </w:r>
    </w:p>
    <w:p>
      <w:pPr>
        <w:spacing w:line="360" w:lineRule="auto"/>
      </w:pPr>
      <w:r>
        <w:rPr>
          <w:rFonts w:ascii="仿宋" w:hAnsi="仿宋"/>
          <w:sz w:val="32"/>
        </w:rPr>
        <w:t>联系电话：</w:t>
      </w:r>
    </w:p>
    <w:p>
      <w:pPr>
        <w:spacing w:line="360" w:lineRule="auto"/>
      </w:pPr>
      <w:r>
        <w:rPr>
          <w:rFonts w:ascii="仿宋" w:hAnsi="仿宋"/>
          <w:sz w:val="32"/>
        </w:rPr>
        <w:t>通讯地址：</w:t>
      </w:r>
    </w:p>
    <w:p>
      <w:pPr>
        <w:spacing w:line="360" w:lineRule="auto"/>
      </w:pPr>
      <w:r>
        <w:rPr>
          <w:rFonts w:ascii="仿宋" w:hAnsi="仿宋"/>
          <w:sz w:val="32"/>
        </w:rPr>
        <w:t>申请日期：　　年　　月　　日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